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Sciences industrielles pour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Mosser, Jean-Dominique/ Granjon, Yves/ Tanoh,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mécanique/ science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 Tout-en-un des sciences pour l'ingénieur a été spécialement conçu pour répondre aux besoins spécifiques des étudiants de classes préparatoires. Il comprend : Toutes les notions du programme, présentées de façon synthétique. Des commentaires dans la marge pour mieux comprendre le cours. Une synthèse des savoirs et savoir-faire pour chaque chapitre. Des exercices d'application pour s'entraîner. Des exercices d'approfondissement pour aller plus loin.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