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Avid Xpress DV 3.5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Kolb, Chantal/ Garance, Daniel./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XIII-386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2744015539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Montage vidéo/ Avid Xpress DV/ </w:t>
            </w:r>
          </w:p>
        </w:tc>
      </w:tr>
    </w:tbl>
    <w:p>
      <w:pPr>
        <w:pStyle w:val="Heading3"/>
      </w:pPr>
      <w:r>
        <w:t>Résumé :</w:t>
      </w:r>
    </w:p>
    <w:p>
      <w:r>
        <w:t>montage vidéo numérique professionnels les plus utilisés au début des années 2000. Il couvre l'ensemble du processus de production vidéo : acquisition des images, montage, ajout d'effets, traitement audio, titrage et exportation finale. Le livre s'adresse aussi bien aux débutants qu'aux utilisateurs souhaitant maîtriser les techniques de montage professionnel.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