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Signals, systems, and transforms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Phillips, Charles L./ Parr, John M./ Riskin, Eve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Fourth, Edition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 Prentice Hall/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784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9780132067423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signal representation/ system modeling/ frequency analysis/ </w:t>
            </w:r>
          </w:p>
        </w:tc>
      </w:tr>
    </w:tbl>
    <w:p>
      <w:pPr>
        <w:pStyle w:val="Heading3"/>
      </w:pPr>
      <w:r>
        <w:t>Résumé :</w:t>
      </w:r>
    </w:p>
    <w:p>
      <w:r>
        <w:t>Signals, Systems, and Transforms provides the mathematical foundation for analyzing signals and dynamic systems in electrical engineering, communications, control engineering, and digital signal processing.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