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[400] quatre cent manipulations commentées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Bayle,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625-645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2729825630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oxydo-réduction/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d'amener l'étudiant à faire le lien direct entre ce qu'il observe sur sa paillasse (l'expérience) et les mécanismes réactionnels sous-jacents (le concept).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