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Métallurgie et mécanique du soudage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Blondeau, Régis/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et ingénierie des matériaux. Série Alliages métalliques(N°:None)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2746203170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soudage/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contributions des spécialistes français reconnus dans leur domaine respectif. Il présente un ensemble de connaissances disponibles aujourd'hui sur le soudage, sans bien sûr prétendre à être exhaustif. Un second volume, "Procédés et applications industrielles du soudage", complète celui-ci.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