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UNIX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Armspach, Jean-Paul/ Colin, Pierre/ Ostré-Waerzeggers, Frédérique/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297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cours et exercices corrigés(N°:None)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2100484915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administration système/ systèmes d'exploitation/ </w:t>
            </w:r>
          </w:p>
        </w:tc>
      </w:tr>
    </w:tbl>
    <w:p>
      <w:pPr>
        <w:pStyle w:val="Heading3"/>
      </w:pPr>
      <w:r>
        <w:t>Résumé :</w:t>
      </w:r>
    </w:p>
    <w:p>
      <w:r>
        <w:t>Ce livre constitue une introduction complète à Unix destinée aux étudiants et aux débutants. Il présente les commandes essentielles, l'organisation du système de fichiers, l'utilisation du shell, l'écriture de scripts et les bases de l'administration système. Chaque chapitre est accompagné d'exercices corrigés permettant une mise en pratique progressive.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