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la méthode MAXER , pannes et dépannages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Sanner, Robert/ Sanner, Stéphane/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IX-177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Gestion industrielle(N°:None)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9782100510238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maintenance préventive/ analyse causale/ </w:t>
            </w:r>
          </w:p>
        </w:tc>
      </w:tr>
    </w:tbl>
    <w:p>
      <w:pPr>
        <w:pStyle w:val="Heading3"/>
      </w:pPr>
      <w:r>
        <w:t>Résumé :</w:t>
      </w:r>
    </w:p>
    <w:p>
      <w:r>
        <w:t>Cet ouvrage présente la méthode MAXER, une démarche structurée de diagnostic et de résolution des pannes industrielles. Son objectif est d'aider les techniciens et ingénieurs à identifier rapidement les causes réelles des défaillances afin d'améliorer la disponibilité et la fiabilité des équipements. La méthode repose sur l'analyse logique des symptômes, la recherche méthodique des causes et la construction d'une chaîne causale menant à la cause première. Le livre propose également de nombreux cas pratiques illustrant les différentes catégories de pannes rencontrées en industrie. Les auteurs montrent comment éviter les erreurs de diagnostic, organiser le retour d'expérience et intégrer la méthode dans une démarche globale d'amélioration continue. L'ouvrage constitue un guide pratique pour les responsables maintenance souhaitant professionnaliser leurs méthodes de dépannage et de fiabilisation.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