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l'électronique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Pelloso,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9782040121396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numérique/ porte logique/ </w:t>
            </w:r>
          </w:p>
        </w:tc>
      </w:tr>
    </w:tbl>
    <w:p>
      <w:pPr>
        <w:pStyle w:val="Heading3"/>
      </w:pPr>
      <w:r>
        <w:t>Résumé :</w:t>
      </w:r>
    </w:p>
    <w:p>
      <w:r>
        <w:t>Le livre Pratique de l’électronique numérique de Pierre Pelloso est un guide complet pour l’initiation et la pratique de l’électronique numérique. Il couvre à la fois les fondamentaux théoriques (bases électriques, logique combinatoire et séquentielle) et les aspects pratiques (montages, microcontrôleurs, conversion analogique/numérique). L’auteur insiste sur l’expérimentation, la simulation et la compréhension des circuits, offrant un équilibre entre théorie et pratique pour étudiants, techniciens et passionnés. Chaque chapitre est illustré par des schémas et des exercices pour renforcer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