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petri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Ghoul Hadiby, Rachida/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9789947023624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 production automatisé/ informatique industrielle/ </w:t>
            </w:r>
          </w:p>
        </w:tc>
      </w:tr>
    </w:tbl>
    <w:p>
      <w:pPr>
        <w:pStyle w:val="Heading3"/>
      </w:pPr>
      <w:r>
        <w:t>Résumé :</w:t>
      </w:r>
    </w:p>
    <w:p>
      <w:r>
        <w:t>Cet ouvrage présente les réseaux de Petri comme un outil mathématique et graphique permettant de modéliser, analyser et piloter les systèmes de production automatisés. Il s’inscrit dans les domaines de l’informatique industrielle, de l’automatique et de la productique. L’auteure explique comment cet outil permet de représenter les systèmes concurrents, de détecter les blocages, d’optimiser les flux et d’améliorer la commande des systèmes industriels. Le livre met également en évidence les applications pratiques des réseaux de Petri dans la conception et la supervision des systèmes automatisés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