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AutoCAD 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Burchard, Bill/ Pitrer, David/ Soen,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 &amp; 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Macmillan, best-seller(N°:None)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274400331X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autocad/ Dessin et Conception/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manuel complet dédié à AutoCAD 14, l’un des logiciels de dessin assisté par ordinateur les plus utilisés dans l’ingénierie et l’architecture.</w:t>
        <w:br/>
        <w:br/>
        <w:br/>
        <w:br/>
        <w:t>Il explique :</w:t>
        <w:br/>
        <w:br/>
        <w:br/>
        <w:br/>
        <w:t>les bases du dessin technique sur ordinateur,</w:t>
        <w:br/>
        <w:br/>
        <w:t>l’utilisation des outils de création et de modification,</w:t>
        <w:br/>
        <w:br/>
        <w:t>la gestion des calques et des blocs,</w:t>
        <w:br/>
        <w:br/>
        <w:t>la réalisation de plans 2D et de modèles 3D simples,</w:t>
        <w:br/>
        <w:br/>
        <w:t>les méthodes professionnelles de conception assistée par ordinateur.</w:t>
        <w:br/>
        <w:br/>
        <w:br/>
        <w:br/>
        <w:t>L’ouvrage est conçu pour être progressif et pratique, avec des exemples concrets et des exercices d’application.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