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Son et enregistrement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Rumsey, Francis/ McCormick, Tim/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2212055013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acoustique/ génie acoustique/ </w:t>
            </w:r>
          </w:p>
        </w:tc>
      </w:tr>
    </w:tbl>
    <w:p>
      <w:pPr>
        <w:pStyle w:val="Heading3"/>
      </w:pPr>
      <w:r>
        <w:t>Résumé :</w:t>
      </w:r>
    </w:p>
    <w:p>
      <w:r>
        <w:t>Son et enregistrement - théorie et pratique " a été conçu principalement comme un ouvrage pratique d'initiation à ces techniques. Pour les étudiants ou ingénieurs abordant l'enregistrement musical, la radiodiffusion ou les industries associées, ce livre est une introduction essentielle aux principes du son, de la perception, des technologies et systèmes audio. Il est techniquement complet et en même temps abordable, et de nombreux schémas explicatifs et photographies guident le lecteur pas à pas dans son apprentissage. " son et enregistrement " couvre tous les sujets tels que l'acoustique de base, la perception auditive, les consoles de mixage et leurs fonctions, l'enregistrement analogique et numérique, la réduction de bruit, le standard MIDI, le codage de synchronisation, les principes des microphones et haut-parleurs, et, comme tel, constitue également un ouvrage de référence d'une grande utilité pour les professionnels des techniques audio.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