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Construisez vos détecteurs de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Samblancat,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IX-149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9782100503094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détection électromagnétique/ instrumentation électronique/ </w:t>
            </w:r>
          </w:p>
        </w:tc>
      </w:tr>
    </w:tbl>
    <w:p>
      <w:pPr>
        <w:pStyle w:val="Heading3"/>
      </w:pPr>
      <w:r>
        <w:t>Résumé :</w:t>
      </w:r>
    </w:p>
    <w:p>
      <w:r>
        <w:t>Cet ouvrage de Gérard Samblancat présente les principes théoriques et pratiques nécessaires à la conception et à la fabrication artisanale de détecteurs de métaux. Il explique les bases électroniques et physiques impliquées dans la détection électromagnétique, puis décrit différents types de détecteurs tels que les modèles BFO, VLF et à induction pulsée. L’auteur propose des montages détaillés, des schémas électroniques, ainsi que des conseils de réalisation, de réglage et d’optimisation. Le livre s’adresse aussi bien aux amateurs d’électronique qu’aux passionnés souhaitant construire leurs propres appareils de détection.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