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Atelin, Philippe/ Dordoigne, José/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274603154x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informatiques/ sécurité réseau/ </w:t>
            </w:r>
          </w:p>
        </w:tc>
      </w:tr>
    </w:tbl>
    <w:p>
      <w:pPr>
        <w:pStyle w:val="Heading3"/>
      </w:pPr>
      <w:r>
        <w:t>Résumé :</w:t>
      </w:r>
    </w:p>
    <w:p>
      <w:r>
        <w:t>Cet ouvrage s'adresse autant aux débutants désireux de comprendre les réseaux informatiques, qu'aux informaticiens plus expérimentés souhaitant renforcer et mettre à jour leurs connaissances. Les principes de base sont présentés (normes, architectures courantes, câblages, codage des données, topologie, réseaux sans fil, interconnexions de réseaux...) puis les différents protocoles qui comptent dans les réseaux informatiques (Ethernet, Token Ring, Wi-Fi, Bluetooth, ADSL, WiMax...) sont déclinés d'un point de vue opérationnel sans noyer le lecteur dans un discours trop théorique. Les technologies ATM et autres relais de trames sont également abordées. Les protocoles TC P/1 P (dont les spécificités de la voix sur IP) sont présentés en détail. Un chapitre traite des principes de base de la sécurité face aux menaces qui pèsent sur un réseau. En annexe, est fournie une liste des acronymes les plus significatifs dans le monde des réseaux informatiques.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