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Devenez un magicien du numérique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Reboux, Alain/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2100068555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cryptographie/ traitement d'image/ </w:t>
            </w:r>
          </w:p>
        </w:tc>
      </w:tr>
    </w:tbl>
    <w:p>
      <w:pPr>
        <w:pStyle w:val="Heading3"/>
      </w:pPr>
      <w:r>
        <w:t>Résumé :</w:t>
      </w:r>
    </w:p>
    <w:p>
      <w:r>
        <w:t>Transformer votre PC en baguette magique et devenir un magicien du numérique, c'est ce que vous propose cet ouvrage. Tout en couleur, Devenez un magicien du numérique ! est richement illustré et met à la disposition du lecteur passionné d'effets visuels, d'effets sonores et de cryptographie plus d'une trentaine de logiciels inédits : les mystères des stéréogrammes, la magie de la stéganographie, les techniques de trucage et de cryptage de sons ou encore la sorcellerie de l'analyse spectrale appliquée aux sons et aux images sont ici clairement expliqués. C'est ainsi qu'à travers des applications ludiques et spectaculaires, ce livre vous propose d'explorer les immenses possibilités qu'offre aujourd'hui le traitement numérique du signal. Après la lecture de Devenez un magicien du numérique !, facilement assimilable grâce à une approche pédagogique exemplaire de ces techniques de pointe, vous aussi, vous pourrez à votre tour créer vos propres effets " magiques " et " numériques ". Et il ne fait aucun doute que le monde ne vous paraîtra plus jamais comme avant.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