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tranferts thermiques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Battaglia, Jean-Luc/ Kusiak, Andrzej/ Puiggali, Jean-Rodolphe/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IX-236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Bibliogr.,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9782100530762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transfert de chaleur/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