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McGraw-Hill Dictionary of Electrical and Electronic Engineering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Parker, Sybil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Consulting and contributing/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0070454132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solar radiation/ solar irradiance/ </w:t>
            </w:r>
          </w:p>
        </w:tc>
      </w:tr>
    </w:tbl>
    <w:p>
      <w:pPr>
        <w:pStyle w:val="Heading3"/>
      </w:pPr>
      <w:r>
        <w:t>Résumé :</w:t>
      </w:r>
    </w:p>
    <w:p>
      <w:r>
        <w:t>Provides definitions for a wide range of terms, phrases, and acronyms associated with the fields of electronics and electric engineering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