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of méchanical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Rajput, R.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8170084334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mechanical engineering/ boiler/ </w:t>
            </w:r>
          </w:p>
        </w:tc>
      </w:tr>
    </w:tbl>
    <w:p>
      <w:pPr>
        <w:pStyle w:val="Heading3"/>
      </w:pPr>
      <w:r>
        <w:t>Résumé :</w:t>
      </w:r>
    </w:p>
    <w:p>
      <w:r>
        <w:t>The book begins with the fundamentals of mechanical engineering, which deals with the design, analysis, and manufacturing of mechanical systems.</w:t>
        <w:br/>
        <w:br/>
        <w:t>It introduces units, dimensions, force, energy, and basic physical systems required for further chapters.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