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Algebre Lineaire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présente un cours complet d'algèbre linéaire recouvrant les programmes du premier cycle des Universités et des classes préparatoires. L'algèbre linéaire a sans doute une place spéciale parmi les disciplines enseignées [...]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