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électronique et corpusculaire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Broglie, M. Louis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 &amp; Cie éditeurs/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