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Gupta, Rajeev/ Biswas, Abhijit/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Pragati prakashan/ </w:t>
            </w:r>
          </w:p>
        </w:tc>
      </w:tr>
      <w:tr>
        <w:trPr>
          <w:trHeight w:val="567"/>
        </w:trPr>
        <w:tc>
          <w:tcPr>
            <w:tcW w:type="dxa" w:w="3000"/>
          </w:tcPr>
          <w:p>
            <w:r>
              <w:t>Nombre de Pages</w:t>
            </w:r>
          </w:p>
        </w:tc>
        <w:tc>
          <w:tcPr>
            <w:tcW w:type="dxa" w:w="7000"/>
          </w:tcPr>
          <w:p>
            <w:r>
              <w:t>443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8175566418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electronics engineering/ </w:t>
            </w:r>
          </w:p>
        </w:tc>
      </w:tr>
    </w:tbl>
    <w:p>
      <w:pPr>
        <w:pStyle w:val="Heading3"/>
      </w:pPr>
      <w:r>
        <w:t>Résumé :</w:t>
      </w:r>
    </w:p>
    <w:p>
      <w:r>
        <w:t>This book provides a comprehensive introduction to the principles and applications of electronic engineering. It begins with the fundamentals of semiconductor physics and electronic components, then progresses to analog and digital electronic circuits. The text explains how electronic devices operate, how circuits are designed and analyzed, and how electronic systems are used in communication, control, and computing applications. The book is intended for undergraduate engineering students and includes theoretical explanations, circuit diagrams, solved examples, and practice problems.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