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le traitement du signal. V2, notions de signal et de bruit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 Yvon/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2746213389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processus stochastique/ </w:t>
            </w:r>
          </w:p>
        </w:tc>
      </w:tr>
    </w:tbl>
    <w:p>
      <w:pPr>
        <w:pStyle w:val="Heading3"/>
      </w:pPr>
      <w:r>
        <w:t>Résumé :</w:t>
      </w:r>
    </w:p>
    <w:p>
      <w:r>
        <w:t>Electronique pour le traitement du signal est une collection en huit volumes élaborée de manière pédagogique et pratique.</w:t>
        <w:br/>
        <w:br/>
        <w:t>ces ouvrages permettent d'appréhender les principaux concepts utilisés pour mettre en oeuvre les moyens modernes de traitement du signal appliqués aux systèmes de télécommunications.</w:t>
        <w:br/>
        <w:br/>
        <w:t>chaque volume est accompagné de problèmes corrigés de difficulté croissante. les corrigés sont détaillés pour faciliter la compréhension du lecteur.</w:t>
        <w:br/>
        <w:br/>
        <w:t>les huit volumes s'intitulent ainsi :</w:t>
        <w:br/>
        <w:br/>
        <w:t>•</w:t>
        <w:tab/>
        <w:t>outils mathématiques et espaces transformationnels</w:t>
        <w:br/>
        <w:br/>
        <w:t>•</w:t>
        <w:tab/>
        <w:t>notions de signal et de bruit</w:t>
        <w:br/>
        <w:br/>
        <w:t>•</w:t>
        <w:tab/>
        <w:t>circuits linéaires</w:t>
        <w:br/>
        <w:br/>
        <w:t>•</w:t>
        <w:tab/>
        <w:t>techniques de modulation</w:t>
        <w:br/>
        <w:br/>
        <w:t>•</w:t>
        <w:tab/>
        <w:t>théorie de l'information et du codage</w:t>
        <w:br/>
        <w:br/>
        <w:t>•</w:t>
        <w:tab/>
        <w:t>filtrage numérique</w:t>
        <w:br/>
        <w:br/>
        <w:t>•</w:t>
        <w:tab/>
        <w:t>electromagnétisme</w:t>
        <w:br/>
        <w:br/>
        <w:t>•</w:t>
        <w:tab/>
        <w:t>compatibilité électromagnétique</w:t>
        <w:br/>
        <w:br/>
        <w:t>le second volume concerne la notion de signal. il est constitué de trois grands chapitres, avec une approche sur la notion de bruits que l'on ne peut dissocier de celle de signal, la distinction entre signaux déterministes et aléatoire ou processus stochastiques, ainsi que la notion de linéarité et de circuits linéaires et fonctions de réseaux associées.</w:t>
        <w:br/>
        <w:br/>
        <w:t>l'auteur décrit toutes les propriétés des fonctions de réseaux en régime isochrone ou isomorphe, les techniques de détermination des modules et phase connaissant f(p) ou les parties réelles et imaginaires et l'extension à la notion d'immittance à caractère positif réel pour établir les technique de synthèse des structures physiquement réalisables. la description de la théorie des probabilités, de la notion de variable aléatoire à une et deux dimensions introduit le concept de fonction ou processus aléatoire avec une application particulière aux processus discrets utilisés dans les systèmes numériques. la notion de bruit est ensuite développée à travers la notion de facteur de bruit et source équivalent de bruit et les calculs associés en fonction des différentes sources de bruit analysées.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