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le traitement du signal. V1, outils mathématiques et espaces transformationnels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 Yvon/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2746213397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appliquée/ outil mathématique/ </w:t>
            </w:r>
          </w:p>
        </w:tc>
      </w:tr>
    </w:tbl>
    <w:p>
      <w:pPr>
        <w:pStyle w:val="Heading3"/>
      </w:pPr>
      <w:r>
        <w:t>Résumé :</w:t>
      </w:r>
    </w:p>
    <w:p>
      <w:r>
        <w:t>Electronique pour le traitement du signal, volume 1, précise de manière synthétique et pratique, les outils habituellement utilisés dans ce domaine et qu'il est indispensable de connaître. le lecteur y trouvera une approche sur les espaces de signaux, la notion de convolution associée et son extension à la distribution de dirac, l'opération de corrélation qui prépare aux signaux aléatoires, le calcul transformationnel avec la transformée et la série de fourier, la fonction de la variable complexe avec la transformée de laplace comme outil fondamental pour l'analyse des réseaux et circuits linéaires. la transformée en z est aussi développée comme outil fondamental d'étude des systèmes numériques discrets et prépare aux techniques de filtrage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