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L'indispensable sur les diagrammes de phases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Bonardet, Jean-Luc/ Papin, Gérard/ Dumas, Geneviève Marie-Louise/ Ben Aïm, Roger/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117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L'indispensable(N°:None)</w:t>
            </w:r>
          </w:p>
        </w:tc>
      </w:tr>
      <w:tr>
        <w:trPr>
          <w:trHeight w:val="567"/>
        </w:trPr>
        <w:tc>
          <w:tcPr>
            <w:tcW w:type="dxa" w:w="3000"/>
          </w:tcPr>
          <w:p>
            <w:r>
              <w:t>Notes Générales</w:t>
            </w:r>
          </w:p>
        </w:tc>
        <w:tc>
          <w:tcPr>
            <w:tcW w:type="dxa" w:w="7000"/>
          </w:tcPr>
          <w:p>
            <w:r>
              <w:t>La couv. porte en plus : "1er et 2e cycles universitaires, CPGE, pharmacie, écoles d'ingénieur et IUT". - Index</w:t>
            </w:r>
          </w:p>
        </w:tc>
      </w:tr>
      <w:tr>
        <w:trPr>
          <w:trHeight w:val="567"/>
        </w:trPr>
        <w:tc>
          <w:tcPr>
            <w:tcW w:type="dxa" w:w="3000"/>
          </w:tcPr>
          <w:p>
            <w:r>
              <w:t>Numéro d'Identification</w:t>
            </w:r>
          </w:p>
        </w:tc>
        <w:tc>
          <w:tcPr>
            <w:tcW w:type="dxa" w:w="7000"/>
          </w:tcPr>
          <w:p>
            <w:r>
              <w:t>9782749509938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diagrammes de phases/ thermodynamique/ </w:t>
            </w:r>
          </w:p>
        </w:tc>
      </w:tr>
    </w:tbl>
    <w:p>
      <w:pPr>
        <w:pStyle w:val="Heading3"/>
      </w:pPr>
      <w:r>
        <w:t>Résumé :</w:t>
      </w:r>
    </w:p>
    <w:p>
      <w:r>
        <w:t>Des mémentos complets, pratiques et intelligents pour apprendre, réviser et retrouver facilement tous les résultats fondamentaux. L'objectif des ouvrages de la collection " L'indispensable " est de rassembler les connaissances qu'il est nécessaire d'acquérir au cours des deux cycles des études scientifiques et …</w:t>
        <w:br/>
        <w:br/>
        <w:t>Des mémentos complets, pratiques et intelligents pour apprendre, réviser et retrouver facilement tous les résultats fondamentaux. L'objectif des ouvrages de la collection " L'indispensable " est de rassembler les connaissances qu'il est nécessaire d'acquérir au cours des deux cycles des études scientifiques et médicales des universités, dans les classes préparatoires aux grandes écoles et dans les instituts universitaires technologiques. Ils constituent en outre des ouvrages de référence, utiles à l'ingénieur pendant sa formation puis dans sa vie professionnelle, ainsi qu'au futur enseignant préparant des concours de recrutement comme le CAPES.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