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systemverilog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Moutault, Sébastien/ Weber,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 et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9782100518012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description matériel/ conception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Systemverilog est l'un des langages de description des circuits numériques les plus récents (2005). Il est le premier langage qualifié de HDVL, pour hardware description and verification language. il hérite à la fois des capacités de description de modules synthétisables et des facultés d'abstraction des langages objets qui permettent la vérification de systèmes complexes.</w:t>
        <w:br/>
        <w:br/>
        <w:t>le livre est organisé en quatre parties :</w:t>
        <w:br/>
        <w:br/>
        <w:t>•</w:t>
        <w:tab/>
        <w:t>une première exploration rapide permet de découvrir l'ensemble du langage.</w:t>
        <w:br/>
        <w:br/>
        <w:t>•</w:t>
        <w:tab/>
        <w:t>la seconde partie présente la boite à outils dont se serviront les deux parties suivantes.</w:t>
        <w:br/>
        <w:br/>
        <w:t>•</w:t>
        <w:tab/>
        <w:t>la troisième partie est consacrée à la construction de modules synthétisables et des tests unitaires qui sont indissociables de la conception de ces modules.</w:t>
        <w:br/>
        <w:br/>
        <w:t>•</w:t>
        <w:tab/>
        <w:t>la dernière partie est consacrée à la mise en place d'un banc de vérification fondé sur la programmation objet. elle amène le lecteur à comprendre les deux librairies de vérification les plus couramment rencontrées : vmm library (verification methodology manual for systemverilog) et ovm library (open verification methodology).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