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La construction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 W./ Schmitt,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industrielle/ Normes DIN/ techniques de construction/ </w:t>
            </w:r>
          </w:p>
        </w:tc>
      </w:tr>
    </w:tbl>
    <w:p>
      <w:pPr>
        <w:pStyle w:val="Heading3"/>
      </w:pPr>
      <w:r>
        <w:t>Résumé :</w:t>
      </w:r>
    </w:p>
    <w:p>
      <w:r>
        <w:t>Le livre Atlas de la construction industrielle : projets et réalisations de Walter Henn, traduit par Jean Schmitt et publié chez Dunod en 1966, est un ouvrage technique de référence consacré à la conception et à la réalisation des bâtiments industriels modernes.</w:t>
        <w:br/>
        <w:br/>
        <w:t>Il présente une grande variété de projets industriels réalisés en Europe, notamment des usines, ateliers, entrepôts et halls de production. L’ouvrage met l’accent sur les principes de conception architecturale et structurelle adaptés aux besoins industriels : fonctionnalité, modularité, circulation des matériaux, éclairage naturel, ventilation et préfabrication.</w:t>
        <w:br/>
        <w:br/>
        <w:t>Le livre contient de nombreux plans, schémas, coupes techniques et détails constructifs illustrant les solutions employées dans les constructions métalliques, en béton et mixtes. Il fournit également des exemples pratiques de structures industrielles ainsi que des références aux normes techniques allemandes DIN utilisées à l’époque.</w:t>
        <w:br/>
        <w:br/>
        <w:t>Cet atlas constitue une ressource importante pour les étudiants, architectes et ingénieurs en génie civil intéressés par l’architecture industrielle, les méthodes de construction et l’évolution des techniques constructives du XXe siècle.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