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Comprehensive Handbook of Mechanical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 Srinivas/ </w:t>
            </w:r>
          </w:p>
        </w:tc>
      </w:tr>
      <w:tr>
        <w:trPr>
          <w:trHeight w:val="567"/>
        </w:trPr>
        <w:tc>
          <w:tcPr>
            <w:tcW w:type="dxa" w:w="3000"/>
          </w:tcPr>
          <w:p>
            <w:r>
              <w:t>Adresse bib.</w:t>
            </w:r>
          </w:p>
        </w:tc>
        <w:tc>
          <w:tcPr>
            <w:tcW w:type="dxa" w:w="7000"/>
          </w:tcPr>
          <w:p>
            <w:r>
              <w:t xml:space="preserve">Laxmi Publication/ </w:t>
            </w:r>
          </w:p>
        </w:tc>
      </w:tr>
      <w:tr>
        <w:trPr>
          <w:trHeight w:val="567"/>
        </w:trPr>
        <w:tc>
          <w:tcPr>
            <w:tcW w:type="dxa" w:w="3000"/>
          </w:tcPr>
          <w:p>
            <w:r>
              <w:t>Nombre de Pages</w:t>
            </w:r>
          </w:p>
        </w:tc>
        <w:tc>
          <w:tcPr>
            <w:tcW w:type="dxa" w:w="7000"/>
          </w:tcPr>
          <w:p>
            <w:r>
              <w:t>403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8170085802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mechanical engineering/ strength of materials/ </w:t>
            </w:r>
          </w:p>
        </w:tc>
      </w:tr>
    </w:tbl>
    <w:p>
      <w:pPr>
        <w:pStyle w:val="Heading3"/>
      </w:pPr>
      <w:r>
        <w:t>Résumé :</w:t>
      </w:r>
    </w:p>
    <w:p>
      <w:r>
        <w:t>Comprehensive Handbook of Mechanical Engineering by J. Srinivas is a broad and practical reference book that covers the major concepts, principles, and applications of mechanical engineering. The book is designed for engineering students, competitive examination candidates, diploma holders, and practicing engineers.</w:t>
        <w:br/>
        <w:br/>
        <w:br/>
        <w:br/>
        <w:t>It provides a comprehensive overview of the core areas of mechanical engineering, including:</w:t>
        <w:br/>
        <w:br/>
        <w:br/>
        <w:br/>
        <w:t>engineering mechanics,</w:t>
        <w:br/>
        <w:br/>
        <w:t>strength of materials,</w:t>
        <w:br/>
        <w:br/>
        <w:t>thermodynamics,</w:t>
        <w:br/>
        <w:br/>
        <w:t>fluid mechanics,</w:t>
        <w:br/>
        <w:br/>
        <w:t>manufacturing processes,</w:t>
        <w:br/>
        <w:br/>
        <w:t>machine design,</w:t>
        <w:br/>
        <w:br/>
        <w:t>industrial engineering,</w:t>
        <w:br/>
        <w:br/>
        <w:t>and thermal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