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technologie des dispositifs à semiconducteur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Grove, Andrew Stephen/ Thiré, Jacques/ Encinas, Jean/ Brébisson, Michel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371-380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semi-conducteurs/ physique des dispositif/ </w:t>
            </w:r>
          </w:p>
        </w:tc>
      </w:tr>
    </w:tbl>
    <w:p>
      <w:pPr>
        <w:pStyle w:val="Heading3"/>
      </w:pPr>
      <w:r>
        <w:t>Résumé :</w:t>
      </w:r>
    </w:p>
    <w:p>
      <w:r>
        <w:t>Cet ouvrage présente les principes fondamentaux de la physique des semi-conducteurs et les techniques de fabrication des composants électroniques modernes. L’ouvrage explique le fonctionnement des jonctions p-n, des transistors bipolaires et des transistors MOS, ainsi que les procédés technologiques comme l’oxydation, la diffusion et la technologie planaire. Il montre comment les propriétés du silicium sont exploitées pour concevoir les circuits intégrés utilisés en microélectronique. Ce livre constitue une référence importante pour les étudiants et les ingénieurs en électronique et en microtechnologie.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