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résolus de 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p.p.293-301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chimique/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d'entraînement pratique indispensable qui permet de passer de la théorie abstraite de la table périodique à la réalité quantitative des réactions chimiques minérales.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