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Guillien,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d’électronique/ amplificateur/ amplificateur/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propose une approche méthodique de l’électronique à travers des problèmes progressifs couvrant les principaux domaines de la discipline : circuits électriques, composants passifs, semi-conducteurs, diodes, transistors, amplificateurs et oscillateurs. Chaque chapitre associe rappels théoriques, méthodes de calcul et exercices détaillés permettant de développer les capacités d’analyse et de conception des circuits électroniques.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