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antennas, wire and aperture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Maclean, T.S.M/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X-360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357-360</w:t>
            </w:r>
          </w:p>
        </w:tc>
      </w:tr>
      <w:tr>
        <w:trPr>
          <w:trHeight w:val="567"/>
        </w:trPr>
        <w:tc>
          <w:tcPr>
            <w:tcW w:type="dxa" w:w="3000"/>
          </w:tcPr>
          <w:p>
            <w:r>
              <w:t>Numéro d'Identification</w:t>
            </w:r>
          </w:p>
        </w:tc>
        <w:tc>
          <w:tcPr>
            <w:tcW w:type="dxa" w:w="7000"/>
          </w:tcPr>
          <w:p>
            <w:r>
              <w:t>052130668X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loop antenna/ horn antenna/ </w:t>
            </w:r>
          </w:p>
        </w:tc>
      </w:tr>
    </w:tbl>
    <w:p>
      <w:pPr>
        <w:pStyle w:val="Heading3"/>
      </w:pPr>
      <w:r>
        <w:t>Résumé :</w:t>
      </w:r>
    </w:p>
    <w:p>
      <w:r>
        <w:t>The book explains the electromagnetic principles underlying antenna radiation and propagation. It focuses mainly on wire antennas and aperture antennas, describing their structures, operating characteristics, radiation patterns, impedance behavior, and efficiency. The text discusses dipoles, monopoles, loops, horn antennas, slot antennas, and reflector systems. It also covers antenna arrays, beamforming techniques, feeding methods, impedance matching, and measurement procedures. Practical applications in telecommunications, radar, satellite systems, and microwave engineering are examined. The book serves as a valuable resource for students, engineers, and researchers in antenna and communication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