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 de l'électronique automobile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Gory,G/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SÉMIS,/ </w:t>
            </w:r>
          </w:p>
        </w:tc>
      </w:tr>
      <w:tr>
        <w:trPr>
          <w:trHeight w:val="567"/>
        </w:trPr>
        <w:tc>
          <w:tcPr>
            <w:tcW w:type="dxa" w:w="3000"/>
          </w:tcPr>
          <w:p>
            <w:r>
              <w:t>Nombre de Pages</w:t>
            </w:r>
          </w:p>
        </w:tc>
        <w:tc>
          <w:tcPr>
            <w:tcW w:type="dxa" w:w="7000"/>
          </w:tcPr>
          <w:p>
            <w:r>
              <w:t>567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Autovolt(N°:None)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automobile/ allumage électronique/ </w:t>
            </w:r>
          </w:p>
        </w:tc>
      </w:tr>
    </w:tbl>
    <w:p>
      <w:pPr>
        <w:pStyle w:val="Heading3"/>
      </w:pPr>
      <w:r>
        <w:t>Résumé :</w:t>
      </w:r>
    </w:p>
    <w:p>
      <w:r>
        <w:t>Le livre présente d’abord les bases de l’électricité et de l’électronique, puis explique le fonctionnement des composants essentiels comme les diodes, les transistors et les circuits de commande. L’auteur développe ensuite les applications pratiques dans l’automobile : systèmes d’allumage, charge batterie-alternateur, instrumentation, équipements électriques et méthodes de dépannage.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