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l'électronique par l'expérimentation et la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Mayeux,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techniques et scientifiques françaises/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2100071076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fondamentale/ électronique pratique/ </w:t>
            </w:r>
          </w:p>
        </w:tc>
      </w:tr>
    </w:tbl>
    <w:p>
      <w:pPr>
        <w:pStyle w:val="Heading3"/>
      </w:pPr>
      <w:r>
        <w:t>Résumé :</w:t>
      </w:r>
    </w:p>
    <w:p>
      <w:r>
        <w:t>Découvrez l'électronique de façon interactive ! Apprendre les lois de l'électronique et leurs formules fondamentales, étudier les caractéristiques des principaux composants et les montages de base associés, tout en s'amusant ? C'est aujourd'hui possible grâce à cet ouvrage brillant et au CD-Rom interactif qui l'accompagne ! De la résistance au thyristor, en passant par le transistor et les circuits de puissance, chaque chapitre du livre est illustré sur le CD-Rom par des animations multimédias, des simulations logicielles paramétrables, ou encore des formules interactives. Des QCM et des exercices corrigés, ludiques et évolutifs, permettront au lecteur d'auto-évaluer ses connaissances. Passionnés d'électronique ou débutants, étudiants ou enseignants, attendez-vous à vivre une expérience inédite : découvrir ou redécouvrir une électronique vivante et passionnante, de façon totalement interactive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