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L'électronique par l'expérience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Mayé,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Principes électroniques(N°:None)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9782100500253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électronique pratique/ apprentissage expérimental/ </w:t>
            </w:r>
          </w:p>
        </w:tc>
      </w:tr>
    </w:tbl>
    <w:p>
      <w:pPr>
        <w:pStyle w:val="Heading3"/>
      </w:pPr>
      <w:r>
        <w:t>Résumé :</w:t>
      </w:r>
    </w:p>
    <w:p>
      <w:r>
        <w:t>Découvrez ou redécouvrez l'électronique, percez ses mystères et assimilez ses règles à travers cet ouvrage concis et pratique. son but est avant tout de permettre au lecteur de comprendre les phénomènes, à travers de nombreuses expériences décrites en détail : description du schéma et choix des composants ; vérification du fonctionnement et recherche des limites d'utilisation ; applications. la nouvelle édition de ce véritable guide d'apprentissage de l'électronique à l'intention des électroniciens débutants, étudiants et amateurs, a été enrichie en illustrations et augmentée de nouveaux chapitres sur les infrarouges et les ultrasons.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