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dans l'industrie pétrolière et chimique montage et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Gaillard,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l'industrie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 domaine explique comment installer, raccorder, régler et exploiter les instruments industriels qui permettent de surveiller les unités de production.</w:t>
        <w:br/>
        <w:br/>
        <w:t>Il couvre principalement :</w:t>
        <w:br/>
        <w:br/>
        <w:br/>
        <w:br/>
        <w:t>les capteurs et transmetteurs (pression, température, débit, niveau) ;</w:t>
        <w:br/>
        <w:br/>
        <w:t>les systèmes de contrôle et d’automatisation ;</w:t>
        <w:br/>
        <w:br/>
        <w:t>le montage des équipements sur site ;</w:t>
        <w:br/>
        <w:br/>
        <w:t>le câblage et les schémas d’instrumentation ;</w:t>
        <w:br/>
        <w:br/>
        <w:t>la calibration et les essais de mise en service ;</w:t>
        <w:br/>
        <w:br/>
        <w:t>la maintenance et la sécurité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