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Méthodes sismiques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Lavergne,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Technip/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Publications de l'Institut français du pétrole(N°:0768-147X)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2710805146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Structure de soutenement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sismologie/ modélisation du sous-sol/ méthodes sismiques/ </w:t>
            </w:r>
          </w:p>
        </w:tc>
      </w:tr>
    </w:tbl>
    <w:p>
      <w:pPr>
        <w:pStyle w:val="Heading3"/>
      </w:pPr>
      <w:r>
        <w:t>Résumé :</w:t>
      </w:r>
    </w:p>
    <w:p>
      <w:r>
        <w:t>ouvrage présente les principes fondamentaux des méthodes sismiques utilisées en géophysique, principalement pour l’exploration du sous-sol (notamment pétrolière et géologique).</w:t>
        <w:br/>
        <w:br/>
        <w:t>Il explique de manière progressive comment les ondes sismiques se propagent dans la Terre et comment elles sont utilisées pour imager les structures souterraines.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