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Elements of Mechanical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8170086361</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8170086361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mechanical engineering/ engineering Material/ </w:t>
            </w:r>
          </w:p>
        </w:tc>
      </w:tr>
    </w:tbl>
    <w:p>
      <w:pPr>
        <w:pStyle w:val="Heading3"/>
      </w:pPr>
      <w:r>
        <w:t>Résumé :</w:t>
      </w:r>
    </w:p>
    <w:p>
      <w:r>
        <w:t>Elements of Mechanical Engineering by R.K. Rajput is a comprehensive introductory textbook designed for undergraduate engineering students, especially those studying mechanical engineering in Indian universities such as K.U., M.D.U., and G.J.U. Haryana.</w:t>
        <w:br/>
        <w:br/>
        <w:br/>
        <w:br/>
        <w:t>The book introduces the fundamental concepts of mechanical engineering and explains the working principles of machines, manufacturing systems, energy conversion devices, and industrial processes. It provides both theoretical knowledge and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