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T3, semiconducteurs cellules photoélectriques détecteurs de particules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Guillien, Robert/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 universitaires de france/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"Euclide" introduction aux études scientifiques(N°:None)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 amplification électronique/ </w:t>
            </w:r>
          </w:p>
        </w:tc>
      </w:tr>
    </w:tbl>
    <w:p>
      <w:pPr>
        <w:pStyle w:val="Heading3"/>
      </w:pPr>
      <w:r>
        <w:t>Résumé :</w:t>
      </w:r>
    </w:p>
    <w:p>
      <w:r>
        <w:t>L’ouvrage présente les propriétés électriques des semi-conducteurs, le fonctionnement des jonctions P-N, des diodes et des transistors utilisés dans les circuits électroniques modernes. Il étudie également les phénomènes photoélectriques et le fonctionnement des cellules photoélectriques, photodiodes et phototransistors destinés à la conversion de la lumière en signaux électriques. Une partie importante est consacrée aux détecteurs de particules et aux dispositifs de mesure des rayonnements utilisés dans les domaines scientifiques et industriels. Grâce à son approche théorique et appliquée, ce volume constitue une référence importante en électronique des semi-conducteurs et instrumentation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