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raffinage du pétrole. T5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Favennec, Jean-Pierre./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XXVIII-576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Publications de l'Institut français du pétrole(N°:None)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Glossaire.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2710807424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Technologie du pétrole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pétrole/ raffinage de pétrole/ </w:t>
            </w:r>
          </w:p>
        </w:tc>
      </w:tr>
    </w:tbl>
    <w:p>
      <w:pPr>
        <w:pStyle w:val="Heading3"/>
      </w:pPr>
      <w:r>
        <w:t>Résumé :</w:t>
      </w:r>
    </w:p>
    <w:p>
      <w:r>
        <w:t>Ce tome est consacré à l’exploitation industrielle et à la gestion économique des raffineries de pétrole. Il complète les volumes techniques précédents en abordant la manière d’optimiser les opérations de raffinage dans un contexte industriel réel.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