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et instrumentation. V2, ducomposant élémentaire au système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Placko, Dominique/ Aknin, Patrice/ Baillieu, François/ Journet, Bernard/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Systèmes automatisés(N°:None)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2746201577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et instrumentation/ instrumentation électronique/ </w:t>
            </w:r>
          </w:p>
        </w:tc>
      </w:tr>
    </w:tbl>
    <w:p>
      <w:pPr>
        <w:pStyle w:val="Heading3"/>
      </w:pPr>
      <w:r>
        <w:t>Résumé :</w:t>
      </w:r>
    </w:p>
    <w:p>
      <w:r>
        <w:t>Cet ouvrage de dominique placko traite de la mesure et de l’instrumentation modernes, en suivant toute la chaîne de mesure depuis le composant élémentaire jusqu’au système complet d’acquisition et d’exploitation de l’information. il constitue le second volume d’un ensemble consacré aux systèmes de mesure et à l’instrumentation. le livre montre que la mesure ne se limite pas au capteur seul, mais implique un ensemble cohérent comprenant capteurs, conditionnement du signal, modélisation, traitement, acquisition et prise de décision. l’objectif est d’expliquer comment transformer une grandeur physique en une information exploitable avec précision et fiabilité.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