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 circuits assembly, testing and alignment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Gorodilin, V. M./ Kuznetsov, Boris/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électronic circuits/ soldering technique/ </w:t>
            </w:r>
          </w:p>
        </w:tc>
      </w:tr>
    </w:tbl>
    <w:p>
      <w:pPr>
        <w:pStyle w:val="Heading3"/>
      </w:pPr>
      <w:r>
        <w:t>Résumé :</w:t>
      </w:r>
    </w:p>
    <w:p>
      <w:r>
        <w:t>Electronic Circuits provides a practical guide to the assembly, testing, adjustment, and maintenance of electronic and radio circuits. The book explains the techniques used for installing electronic components, soldering, wiring, and verifying circuit functionality through measurement instruments and diagnostic methods. It also describes procedures for circuit alignment and calibration to ensure accurate and reliable operation of electronic equipment. Special attention is given to troubleshooting, fault localization, preventive maintenance, and quality control practices. With its hands-on engineering approach, the book serves as a valuable reference for students, technicians, and engineers working in electronics and radio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