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Microelectronics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Ovechkin, Yu/ Ivanov, P.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semiconductor physics/ silicon technology/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Microelectronics (микроэлектроника) is a russian textbook published in 1982 by radio i svyaz (radio and communications), intended mainly for students and engineers studying semiconductor electronics and integrated circuits. the book presents the physical principles, technology, and circuit applications of microelectronics. </w:t>
        <w:br/>
        <w:br/>
        <w:t>the book provides an introduction to the rapidly developing field of microelectronics and explains how semiconductor devices are fabricated and used in integrated circuits.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