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pratique du tourneur-mécanicien.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Sodano,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2040041281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tourneur-mécanicien/ tournage mécanique/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Manuel pratique du tourneur-mécanicien – Tome 1 : Technologie professionnelle appliquée de E. Sodano est un manuel technique destiné à l’apprentissage des bases du métier de tourneur-mécanicien et des techniques fondamentales d’usinage.</w:t>
        <w:br/>
        <w:br/>
        <w:br/>
        <w:br/>
        <w:t>Ce premier tome présente les connaissances essentielles nécessaires au travail en atelier mécanique, notamment :</w:t>
        <w:br/>
        <w:br/>
        <w:br/>
        <w:br/>
        <w:t>le fonctionnement des machines-outils,</w:t>
        <w:br/>
        <w:br/>
        <w:t>les principes du tournage,</w:t>
        <w:br/>
        <w:br/>
        <w:t>les outils de coupe,</w:t>
        <w:br/>
        <w:br/>
        <w:t>les méthodes d’usinage,</w:t>
        <w:br/>
        <w:br/>
        <w:t>et les règles de précision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