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Recueil d'exercices et de problèmes sur les circuits à transistors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Grabowski, Bogdan/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 et Cie/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électronique analogique/ transistor bipolaire/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manuel pratique destiné aux étudiants et techniciens en électronique souhaitant approfondir leurs connaissances des circuits à transistors à travers des exercices appliqués et des problèmes techniques. Le livre présente de nombreuses études portant sur les diodes à jonction, les transistors bipolaires et les montages amplificateurs basse fréquence. À travers des exemples progressifs et des applications concrètes, l’auteur aide le lecteur à maîtriser les méthodes de calcul, l’analyse des circuits électroniques et le fonctionnement des composants semi-conducteurs. L’ouvrage met l’accent sur la résolution pratique des problèmes électroniques afin de développer les capacités d’analyse et de conception des circuits à transistors utilisés dans les systèmes électroniques analogiques.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