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L'optique dans les instruments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Goure, Jean-Pierre/ Corbasson, Gérard/ Debize, Jacques/ Lépine, Thierry/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Optoélectronique(N°:None)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9782746219175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instrumentale/ optique instrumentale/ </w:t>
            </w:r>
          </w:p>
        </w:tc>
      </w:tr>
    </w:tbl>
    <w:p>
      <w:pPr>
        <w:pStyle w:val="Heading3"/>
      </w:pPr>
      <w:r>
        <w:t>Résumé :</w:t>
      </w:r>
    </w:p>
    <w:p>
      <w:r>
        <w:t>Les instruments jouent un rôle primordial dans l'avancée scientifique et technologique de notre époque. aux côtés de l'électronique, de la mécanique et de l'informatique, l'optique occupe souvent une partie essentielle dans ces instruments, parfois mal connue. dans le présent ouvrage sont d'une part abordées les bases nécessaires à la compréhension des instruments et systèmes utilisant l'optique et d'autre part quelques exemples concrets de réalisation et de développement. l'objectif est de permettre aux étudiants, aux scientifiques non spécialistes de l'optique de mieux comprendre la richesse des phénomènes physiques régissant ces instruments et de les utiliser de façon optimale. dans ce but, les principes mis en oeuvre sont rappelés ainsi que les aspects pratiques. la description des systèmes de prises de vue ainsi que les forts développement de la microscopie illustrent ensuite ces évolutions. ce livre sera suivi d'autres ouvrages consacrés aux applications dans différents domaines. commandeur des palmes académiques et professeur émérite à l'université de saint-etienne, jean-pierre goure a enseigné depuis 1961 l'optique et l'optoélectronique. ses recherches consacrées à la spectroscopie, l'optoélectronique et les communications optiques ont conduit à 158 publications, 2 ouvrages, 25 contrats, 3 brevets. il a encadré plus de 25 thèses, organisé des écoles d'été, des congrès nationaux et congrès internationaux et assuré de nombreuses fonctions de direction au sein de l'université et du CNRS.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