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pratique du tourneur mécanicien.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Sonado, 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2040041699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tournage mécanique/ usinage/ </w:t>
            </w:r>
          </w:p>
        </w:tc>
      </w:tr>
    </w:tbl>
    <w:p>
      <w:pPr>
        <w:pStyle w:val="Heading3"/>
      </w:pPr>
      <w:r>
        <w:t>Résumé :</w:t>
      </w:r>
    </w:p>
    <w:p>
      <w:r>
        <w:t>L’ouvrage Manuel pratique du tourneur mécanicien – Tome 2 de Sodano est un guide technique destiné à la formation et au perfectionnement des tourneurs et mécaniciens d’usinage. Ce deuxième tome approfondit les techniques de travail sur les machines-outils, principalement le tour mécanique, en mettant l’accent sur les opérations complexes d’usinage et les méthodes professionnelles utilisées en atelier.</w:t>
        <w:br/>
        <w:br/>
        <w:br/>
        <w:br/>
        <w:t>Le livre présente :</w:t>
        <w:br/>
        <w:br/>
        <w:br/>
        <w:br/>
        <w:t>les techniques avancées de tournage,</w:t>
        <w:br/>
        <w:br/>
        <w:br/>
        <w:br/>
        <w:t>le réglage et l’utilisation des outils de coupe,</w:t>
        <w:br/>
        <w:br/>
        <w:br/>
        <w:br/>
        <w:t>les méthodes de filetage, d’alésage et de finition,</w:t>
        <w:br/>
        <w:br/>
        <w:br/>
        <w:br/>
        <w:t>les calculs pratiques liés aux vitesses de coupe et avances,</w:t>
        <w:br/>
        <w:br/>
        <w:br/>
        <w:br/>
        <w:t>ainsi que les règles de précision et de contrôle dimensionnel.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