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Topométrie opérationnelle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Brabant, Michel/ </w:t>
            </w:r>
          </w:p>
        </w:tc>
      </w:tr>
      <w:tr>
        <w:trPr>
          <w:trHeight w:val="567"/>
        </w:trPr>
        <w:tc>
          <w:tcPr>
            <w:tcW w:type="dxa" w:w="3000"/>
          </w:tcPr>
          <w:p>
            <w:r>
              <w:t>Adresse bib.</w:t>
            </w:r>
          </w:p>
        </w:tc>
        <w:tc>
          <w:tcPr>
            <w:tcW w:type="dxa" w:w="7000"/>
          </w:tcPr>
          <w:p>
            <w:r>
              <w:t xml:space="preserve">Technique et vulgarisation/ </w:t>
            </w:r>
          </w:p>
        </w:tc>
      </w:tr>
      <w:tr>
        <w:trPr>
          <w:trHeight w:val="567"/>
        </w:trPr>
        <w:tc>
          <w:tcPr>
            <w:tcW w:type="dxa" w:w="3000"/>
          </w:tcPr>
          <w:p>
            <w:r>
              <w:t>Nombre de Pages</w:t>
            </w:r>
          </w:p>
        </w:tc>
        <w:tc>
          <w:tcPr>
            <w:tcW w:type="dxa" w:w="7000"/>
          </w:tcPr>
          <w:p>
            <w:r>
              <w:t>377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topométrie/ instrumentation topographique/ </w:t>
            </w:r>
          </w:p>
        </w:tc>
      </w:tr>
    </w:tbl>
    <w:p>
      <w:pPr>
        <w:pStyle w:val="Heading3"/>
      </w:pPr>
      <w:r>
        <w:t>Résumé :</w:t>
      </w:r>
    </w:p>
    <w:p>
      <w:r>
        <w:t>Le livre Topométrie opérationnelle de Michel Brabant présente les principes fondamentaux et les méthodes pratiques de la topographie appliquée au génie civil et aux travaux publics. L’ouvrage explique les techniques de mesure des angles, des distances et des dénivelés utilisées pour les relevés topographiques et l’implantation des ouvrages.</w:t>
        <w:br/>
        <w:br/>
        <w:t>Il aborde également les calculs topométriques, les systèmes de coordonnées, le nivellement, les méthodes de localisation terrestre ainsi que les technologies modernes de positionnement satellitaire (GPS). Le livre décrit les instruments topographiques et leurs applications sur le terrain, tout en mettant l’accent sur la précision des mesures et l’exploitation des données pour la réalisation de plans et de projets techniques.</w:t>
        <w:br/>
        <w:br/>
        <w:t>Cet ouvrage constitue une référence pratique pour les étudiants, techniciens et ingénieurs en topographie, géomatique, génie civil et travaux publics.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