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Oguic,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électronique/ acquisition de données/ </w:t>
            </w:r>
          </w:p>
        </w:tc>
      </w:tr>
    </w:tbl>
    <w:p>
      <w:pPr>
        <w:pStyle w:val="Heading3"/>
      </w:pPr>
      <w:r>
        <w:t>Résumé :</w:t>
      </w:r>
    </w:p>
    <w:p>
      <w:r>
        <w:t>L'association de cartes électroniques à un ordinateur de type pc permet de recueillir et de mesurer des informations électriques extérieures. cette deuxième édition de " mesures et pc ", qui tient compte de l'évolution des interfaces pc ces cinq dernières années, rend accessible à l'amateur l'acquisition de données analogiques et numériques de manière précise, à travers plus de 20 montages : une carte d'interface et de décodage des adresses. une platine des alimentations des cartes externes. une carte d'entrée/sortie 32 lignes. des cartes multifonctions. une carte voltmètre pour adaptation au système de mesures. un oscilloscope pour ordinateur pc. un analyseur logique sur ordinateur pc. une carte de mesure à convertisseur analogique digital 10 bits. des cartes pour capteurs de températures, de pression, d'humidité, de courant, de luminosité. une alimentation symétrique simple. un vérificateur d'état de circuits logiques...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