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Pratique du microscope électronique à balayage en biologie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Guillaumin, Delhi/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Techniques de laboratoire(N°:None)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2225653739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technique/ microscopie électronique/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 guide pratique consacré à l’utilisation du microscope électronique à balayage (MEB) dans les sciences biologiques. L’auteur présente les principes physiques du fonctionnement du MEB ainsi que les méthodes expérimentales nécessaires à l’observation des échantillons biologiques.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