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Montages à capteurs photosensibles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Oehmichen, Jean-Pierre/ </w:t>
            </w:r>
          </w:p>
        </w:tc>
      </w:tr>
      <w:tr>
        <w:trPr>
          <w:trHeight w:val="567"/>
        </w:trPr>
        <w:tc>
          <w:tcPr>
            <w:tcW w:type="dxa" w:w="3000"/>
          </w:tcPr>
          <w:p>
            <w:r>
              <w:t>Edition</w:t>
            </w:r>
          </w:p>
        </w:tc>
        <w:tc>
          <w:tcPr>
            <w:tcW w:type="dxa" w:w="7000"/>
          </w:tcPr>
          <w:p>
            <w:r>
              <w:t>2e ed</w:t>
            </w:r>
          </w:p>
        </w:tc>
      </w:tr>
      <w:tr>
        <w:trPr>
          <w:trHeight w:val="567"/>
        </w:trPr>
        <w:tc>
          <w:tcPr>
            <w:tcW w:type="dxa" w:w="3000"/>
          </w:tcPr>
          <w:p>
            <w:r>
              <w:t>Adresse bib.</w:t>
            </w:r>
          </w:p>
        </w:tc>
        <w:tc>
          <w:tcPr>
            <w:tcW w:type="dxa" w:w="7000"/>
          </w:tcPr>
          <w:p>
            <w:r>
              <w:t xml:space="preserve">Éditions techniques et scientifiques françaises/ </w:t>
            </w:r>
          </w:p>
        </w:tc>
      </w:tr>
      <w:tr>
        <w:trPr>
          <w:trHeight w:val="567"/>
        </w:trPr>
        <w:tc>
          <w:tcPr>
            <w:tcW w:type="dxa" w:w="3000"/>
          </w:tcPr>
          <w:p>
            <w:r>
              <w:t>Nombre de Pages</w:t>
            </w:r>
          </w:p>
        </w:tc>
        <w:tc>
          <w:tcPr>
            <w:tcW w:type="dxa" w:w="7000"/>
          </w:tcPr>
          <w:p>
            <w:r>
              <w:t>118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17 cm</w:t>
            </w:r>
          </w:p>
        </w:tc>
      </w:tr>
      <w:tr>
        <w:trPr>
          <w:trHeight w:val="567"/>
        </w:trPr>
        <w:tc>
          <w:tcPr>
            <w:tcW w:type="dxa" w:w="3000"/>
          </w:tcPr>
          <w:p>
            <w:r>
              <w:t>Collection</w:t>
            </w:r>
          </w:p>
        </w:tc>
        <w:tc>
          <w:tcPr>
            <w:tcW w:type="dxa" w:w="7000"/>
          </w:tcPr>
          <w:p>
            <w:r>
              <w:t>Technique poche(N°:None)</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capteur photosensible/ dispositif photosensible/ </w:t>
            </w:r>
          </w:p>
        </w:tc>
      </w:tr>
    </w:tbl>
    <w:p>
      <w:pPr>
        <w:pStyle w:val="Heading3"/>
      </w:pPr>
      <w:r>
        <w:t>Résumé :</w:t>
      </w:r>
    </w:p>
    <w:p>
      <w:r>
        <w:t>Le livre montages à capteurs photosensibles : applications des dispositifs photosensibles de jean-pierre œhmichen, publié en 1979 dans la collection technique poche des éditions techniques et scientifiques françaises (etsf), est un ouvrage pratique consacré aux composants électroniques sensibles à la lumière et à leurs applications. l’auteur présente les principaux dispositifs photosensibles utilisés en électronique, notamment les photorésistances, photodiodes, phototransistors et cellules photoélectriques. le livre explique leur principe de fonctionnement, leurs caractéristiques électriques et les méthodes de mise en œuvre dans des circuits électroniques simples et accessibles aux techniciens et amateurs. l’ouvrage met surtout l’accent sur les applications pratiques des capteurs optoélectroniques.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