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Principles of radio electronics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Kugushev, A. M./ Golubeva, N.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 Publishres/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 electronic/ electrodynamic/ </w:t>
            </w:r>
          </w:p>
        </w:tc>
      </w:tr>
    </w:tbl>
    <w:p>
      <w:pPr>
        <w:pStyle w:val="Heading3"/>
      </w:pPr>
      <w:r>
        <w:t>Résumé :</w:t>
      </w:r>
    </w:p>
    <w:p>
      <w:r>
        <w:t>Principles of Radio Electronics by Alexander M. Kugushev presents a rigorous introduction to radio electronics based on electromagnetic field theory and wave physics.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